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after="100" w:line="259" w:lineRule="auto"/>
        <w:jc w:val="center"/>
      </w:pPr>
      <w:r>
        <w:rPr>
          <w:b/>
          <w:sz w:val="36"/>
        </w:rPr>
        <w:t>SIDDHARTHA MISHRA</w:t>
      </w:r>
    </w:p>
    <w:p>
      <w:pPr>
        <w:keepLines/>
        <w:spacing w:after="100" w:line="259" w:lineRule="auto"/>
        <w:jc w:val="center"/>
      </w:pPr>
      <w:r>
        <w:rPr>
          <w:b/>
          <w:sz w:val="19"/>
        </w:rPr>
        <w:t>DATA ENGINEER | GCP | BIGQUERY | SQL | ETL | DBT</w:t>
      </w:r>
    </w:p>
    <w:p>
      <w:pPr>
        <w:keepLines/>
        <w:spacing w:after="100" w:line="259" w:lineRule="auto"/>
        <w:jc w:val="center"/>
      </w:pPr>
      <w:r>
        <w:rPr>
          <w:sz w:val="18"/>
        </w:rPr>
        <w:t xml:space="preserve">Pune, Maharashtra | +91 9264975865 | siddharthamishra500@gmail.com | </w:t>
      </w:r>
      <w:hyperlink r:id="rId9">
        <w:r>
          <w:rPr>
            <w:u w:val="single"/>
            <w:color w:val="0563C1"/>
            <w:sz w:val="18"/>
          </w:rPr>
          <w:t>LinkedIn</w:t>
        </w:r>
      </w:hyperlink>
    </w:p>
    <w:p>
      <w:pPr>
        <w:pStyle w:val="ResumeHeading"/>
        <w:keepNext/>
        <w:keepLines/>
        <w:spacing w:before="320" w:after="160" w:line="259" w:lineRule="auto"/>
      </w:pPr>
      <w:r>
        <w:rPr>
          <w:b/>
          <w:sz w:val="22"/>
        </w:rPr>
        <w:t>PROFESSIONAL SUMMARY</w:t>
      </w:r>
    </w:p>
    <w:p>
      <w:pPr>
        <w:keepLines/>
        <w:spacing w:after="100" w:line="259" w:lineRule="auto"/>
      </w:pPr>
      <w:r>
        <w:t>Data Engineer with 4+ years of experience supporting telecom data engineering and analytics platforms. Hands-on experience with SQL, BigQuery, ETL workflows, Ab Initio and production data troubleshooting, including source-to-target validation, reconciliation, transformation-logic analysis and root cause analysis. Exposure to DBT, Cloud Storage, Cloud Composer/Airflow and other GCP services. Seeking a development-focused Data Engineering role where strong SQL, cloud data and ETL fundamentals can be applied.</w:t>
      </w:r>
    </w:p>
    <w:p>
      <w:pPr>
        <w:pStyle w:val="ResumeHeading"/>
        <w:keepNext/>
        <w:keepLines/>
        <w:spacing w:before="320" w:after="160" w:line="259" w:lineRule="auto"/>
      </w:pPr>
      <w:r>
        <w:rPr>
          <w:b/>
          <w:sz w:val="22"/>
        </w:rPr>
        <w:t>TECHNICAL SKILLS</w:t>
      </w:r>
    </w:p>
    <w:p>
      <w:pPr>
        <w:keepLines/>
        <w:spacing w:after="100" w:line="259" w:lineRule="auto"/>
        <w:ind w:left="72"/>
      </w:pPr>
      <w:r>
        <w:rPr>
          <w:b/>
        </w:rPr>
        <w:t xml:space="preserve">SQL &amp; Data Engineering: </w:t>
      </w:r>
      <w:r>
        <w:t>SQL, ETL, Data Validation, Data Reconciliation, Data Transformation, Data Warehousing, Query Optimization</w:t>
      </w:r>
    </w:p>
    <w:p>
      <w:pPr>
        <w:keepLines/>
        <w:spacing w:after="100" w:line="259" w:lineRule="auto"/>
        <w:ind w:left="72"/>
      </w:pPr>
      <w:r>
        <w:rPr>
          <w:b/>
        </w:rPr>
        <w:t xml:space="preserve">GCP: </w:t>
      </w:r>
      <w:r>
        <w:t>BigQuery, Cloud Storage, Cloud Functions, Cloud Logging / Logs Explorer, Cloud Composer (Airflow exposure), Dataflow (Conceptual)</w:t>
      </w:r>
    </w:p>
    <w:p>
      <w:pPr>
        <w:keepLines/>
        <w:spacing w:after="100" w:line="259" w:lineRule="auto"/>
        <w:ind w:left="72"/>
      </w:pPr>
      <w:r>
        <w:rPr>
          <w:b/>
        </w:rPr>
        <w:t xml:space="preserve">Transformation / ETL: </w:t>
      </w:r>
      <w:r>
        <w:t>DBT, Ab Initio GDE, Ab Initio Control Center, Patch Graphs, Hive</w:t>
      </w:r>
    </w:p>
    <w:p>
      <w:pPr>
        <w:keepLines/>
        <w:spacing w:after="100" w:line="259" w:lineRule="auto"/>
        <w:ind w:left="72"/>
      </w:pPr>
      <w:r>
        <w:rPr>
          <w:b/>
        </w:rPr>
        <w:t xml:space="preserve">Programming: </w:t>
      </w:r>
      <w:r>
        <w:t>Python (Basic), PySpark (Basic), Shell Scripting (Basic), MySQL (Basic)</w:t>
      </w:r>
    </w:p>
    <w:p>
      <w:pPr>
        <w:keepLines/>
        <w:spacing w:after="100" w:line="259" w:lineRule="auto"/>
        <w:ind w:left="72"/>
      </w:pPr>
      <w:r>
        <w:rPr>
          <w:b/>
        </w:rPr>
        <w:t xml:space="preserve">Data Flow / Tools: </w:t>
      </w:r>
      <w:r>
        <w:t>Apache Kafka (Monitoring), Apache NiFi (Monitoring), Control-M, Git (Basic), JIRA, Helix, Excel</w:t>
      </w:r>
    </w:p>
    <w:p>
      <w:pPr>
        <w:pStyle w:val="ResumeHeading"/>
        <w:keepNext/>
        <w:keepLines/>
        <w:spacing w:before="320" w:after="160" w:line="259" w:lineRule="auto"/>
      </w:pPr>
      <w:r>
        <w:rPr>
          <w:b/>
          <w:sz w:val="22"/>
        </w:rPr>
        <w:t>PROFESSIONAL EXPERIENCE</w:t>
      </w:r>
    </w:p>
    <w:p>
      <w:pPr>
        <w:keepLines/>
        <w:spacing w:after="100" w:line="259" w:lineRule="auto"/>
      </w:pPr>
      <w:r>
        <w:rPr>
          <w:b/>
        </w:rPr>
        <w:t>Accenture | Data Engineer | Pune, Maharashtra | Oct 2022 – Present</w:t>
      </w:r>
    </w:p>
    <w:p>
      <w:pPr>
        <w:keepLines/>
        <w:spacing w:after="160" w:line="259" w:lineRule="auto"/>
      </w:pPr>
      <w:r>
        <w:rPr>
          <w:i/>
        </w:rPr>
        <w:t>Client / Project: Virgin Media O2 – O2 BI Evolve | Telecom Analytics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Supported telecom data pipelines and analytical data processing for reporting, customer, revenue and usage analytics.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Developed and modified SQL queries in BigQuery for production fixes, data validation, reconciliation and business requirements.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Performed source-to-target validation across staging, curated and serving datasets to identify data discrepancies and transformation issues.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Investigated production data issues by tracing records across source tables, inbound/outbound files, ETL workflows and BigQuery datasets.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Created and modified Ab Initio patch graphs for production fixes using components including Reformat, Join, Lookup, Scan and Sort.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Worked with DBT transformation models to analyze SQL logic, validate model outputs and troubleshoot data-related production issues.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Worked with BigQuery partitioned tables, temporary tables, joins, CTEs and DML operations while troubleshooting and validating data.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Analyzed batch workflow dependencies and execution failures using Control-M and Ab Initio Control Center.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Worked with Cloud Composer/Airflow workflows for DAG execution analysis, dependency checks and production troubleshooting.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Used Cloud Logging / Logs Explorer to investigate pipeline failures and support root cause analysis.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Validated inbound and outbound file flows through Cloud Storage and monitored downstream file-flow processing using Apache NiFi.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Monitored Kafka topics/message flow during production support to identify ingestion or downstream data-flow issues.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Collaborated with development and QA teams for defect fixes, testing, deployment validation and post-release checks.</w:t>
      </w:r>
    </w:p>
    <w:p>
      <w:pPr>
        <w:keepLines/>
        <w:spacing w:after="100" w:line="259" w:lineRule="auto"/>
        <w:ind w:left="216" w:hanging="173"/>
      </w:pPr>
      <w:r>
        <w:rPr>
          <w:b/>
        </w:rPr>
        <w:t xml:space="preserve">• </w:t>
      </w:r>
      <w:r>
        <w:t>Handled P1–P4 production incidents, performed RCA and coordinated resolution within defined SLAs.</w:t>
      </w:r>
    </w:p>
    <w:p>
      <w:pPr>
        <w:pStyle w:val="ResumeHeading"/>
        <w:keepNext/>
        <w:keepLines/>
        <w:spacing w:before="180" w:after="100" w:line="259" w:lineRule="auto"/>
      </w:pPr>
      <w:r>
        <w:rPr>
          <w:b/>
          <w:sz w:val="22"/>
        </w:rPr>
        <w:t>TECHNOLOGY ENVIRONMENT</w:t>
      </w:r>
    </w:p>
    <w:p>
      <w:pPr>
        <w:keepLines/>
        <w:spacing w:after="100" w:line="259" w:lineRule="auto"/>
      </w:pPr>
      <w:r>
        <w:t>GCP, BigQuery, Cloud Storage, Cloud Functions, Cloud Logging / Logs Explorer, Cloud Composer (Airflow), DBT, Ab Initio GDE &amp; Control Center, Hive, SQL, Apache Kafka, Apache NiFi, Control-M, JIRA, Helix, Git, Excel, MySQL, Shell Scripting.</w:t>
      </w:r>
    </w:p>
    <w:p>
      <w:pPr>
        <w:pStyle w:val="ResumeHeading"/>
        <w:keepNext/>
        <w:keepLines/>
        <w:spacing w:before="320" w:after="160" w:line="259" w:lineRule="auto"/>
      </w:pPr>
      <w:r>
        <w:rPr>
          <w:b/>
          <w:sz w:val="22"/>
        </w:rPr>
        <w:t>CERTIFICATIONS &amp; TRAINING</w:t>
      </w:r>
    </w:p>
    <w:p>
      <w:pPr>
        <w:keepLines/>
        <w:spacing w:after="100" w:line="259" w:lineRule="auto"/>
      </w:pPr>
      <w:r>
        <w:t>• Google Cloud Associate Cloud Engineer (ACE)</w:t>
      </w:r>
    </w:p>
    <w:p>
      <w:pPr>
        <w:keepLines/>
        <w:spacing w:after="100" w:line="259" w:lineRule="auto"/>
      </w:pPr>
      <w:r>
        <w:t>• Reinvention with Agentic AI – Course / Workshop</w:t>
      </w:r>
    </w:p>
    <w:p>
      <w:pPr>
        <w:pStyle w:val="ResumeHeading"/>
        <w:keepNext/>
        <w:keepLines/>
        <w:spacing w:before="320" w:after="160" w:line="259" w:lineRule="auto"/>
      </w:pPr>
      <w:r>
        <w:rPr>
          <w:b/>
          <w:sz w:val="22"/>
        </w:rPr>
        <w:t>EDUCATION</w:t>
      </w:r>
    </w:p>
    <w:p>
      <w:pPr>
        <w:keepLines/>
        <w:spacing w:after="100" w:line="259" w:lineRule="auto"/>
      </w:pPr>
      <w:r>
        <w:rPr>
          <w:b/>
          <w:sz w:val="19"/>
        </w:rPr>
        <w:t>Technocrats Institute of Technology and Science (RGPV), Bhopal, Madhya Pradesh</w:t>
      </w:r>
    </w:p>
    <w:p>
      <w:pPr>
        <w:spacing w:after="100" w:line="259" w:lineRule="auto"/>
      </w:pPr>
      <w:r>
        <w:rPr>
          <w:sz w:val="18"/>
        </w:rPr>
        <w:t>Bachelor of Technology (Computer Science) | August 2018 – July 2022 | CGPA: 9.11/10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Heading">
    <w:name w:val="Resume Heading"/>
    <w:pPr>
      <w:keepNext/>
      <w:spacing w:before="180" w:after="100"/>
    </w:pPr>
    <w:rPr>
      <w:rFonts w:ascii="Aptos Display" w:hAnsi="Aptos Display"/>
      <w:b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sid05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